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דרך לוח הבחירה כשיטת למידה דיפרנציאלית עם משימות בשלוש רמות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עיקרי התוכן בכל אחד מתחומי הדעת המופיעים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בחירה עצמאית של משימות לפי כלל הלוח (למשל 3 בשורה)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ביקורתית, ביטוי אישי ועבודה בדרכים מגוונות – כתיבה, ציור, שיחה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שורש, בניין, פיסוק וניבים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סימן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שורש, בניין, פיסוק וניבים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שורש, בניין, פיסוק וניבים – יישום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ספרות: סיפור קצר ושיר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האירועים המרכזיים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הדמות הפועלת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ספרות: סיפור קצר ושיר – מבנה, עלילה ומונחים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שיר בנוי בדרך כלל מבתים ושורות, ולעיתים יש בו חריזה.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ברוב הסיפורים הקצרים יש קונפליקט שהדמות מתמודדת איתו.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ספרות: סיפור קצר ושיר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ספרות: סיפור קצר ושיר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(רצף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(הגיבור או הדמויות הפועלות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(חזרה על צלילים דומים בסוף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גאוגרפיה: מפות, אקלים וערים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המקרא הוא רשימת הסימנים והמשמעות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קנה המידה מאפשר לחשב מרחקים אמיתיים לפי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בעיר יש בדרך כלל יותר תושבים על שטח קטן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גאוגרפיה: מפות, אקלים וערים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כל הגורמים האלה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קיץ חם ויבש וחורף גשום קריר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גאוגרפיה: מפות, אקלים וערים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גאוגרפיה: מפות, אקלים וערים – התאמה בין סוגי אקלים למאפיינים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(קיץ חם ויבש וחורף גשום קריר)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(משקעים מועטים וטמפרטורות קיצוניות)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(הטמפרטורה יורדת ככל שהגובה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(צפיפות אוכלוסין נמוכה וחקלאות נפוצה)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בחירות, דמוקרטיה וחשיבה ביקורתית – עקרונות הבחירות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זכות ההצבעה ניתנת לכל אזרח ישראלי שמלאו לו 18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ההצבעה סודית כדי להבטיח שכל אדם יבחר בחופשיות וללא לחץ מצד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בחירות, דמוקרטיה וחשיבה ביקורתית – זיהוי טכניקות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מוכר ואהוד ממליץ על מפלגה כדי למשוך תומכים)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(הדגשת סכנה או איום כדי לשכנע להצביע בדרך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(הטענה שרוב הציבור כבר בחר באפשרות מסוימת, כדי שגם אני אצטרף)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בחירות, דמוקרטיה וחשיבה ביקורתית – חשיבה ביקורתית על מסרים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שמדגיש שרוב האנשים כבר תומכים ברעיון, למשל: הצטרפו לרוב שכבר בחר בדרך הנכונה. הטכניקה: אפקט העדר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חגים וימים מיוחדים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חל חמישים יום לאחר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נרצח במיטינג גדול שתמך בתהליך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המכבים ניצחו את הצבא היווני ושחררו את בית המקדש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חגים וימים מיוחדים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(עלייה להר גבוה ותפילה)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(י״ב בחשוון)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(נס פך השמן)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(מנהיגים רוחניים בקהילה האתיופית)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חגים וימים מיוחדים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מסמלת חידוש הברית עם האל והתחדשות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לזכור את חשיבות השאיפה לשלום ואת הפגיעה בדמוקרטיה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ערכים, חוסן וחינוך פיננסי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חברות בריאה נבנית על יחס הוגן ואמון בין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התמודדות כוללת זיהוי הרגשות, חשיבה על פתרונות ולעיתים פנייה 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ערכים, חוסן וחינוך פיננסי – מושגי תקציב וצרכנות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ערכים, חוסן וחינוך פיננסי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הקשבה, פנייה אליו ועזרה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הכנסה - דמי כיס 20 שקלים, הוצאה - קניית חטיף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משימות קונקרטיות מתוך הפרקים ומנמק בחירתו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משתמש נכון באחד המושגים מרשימת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מודע לכלל הבחירה בלוח (למשל 3 בשורה או אחת מכל 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לתלמידים לבחור משימות לפי כלל שונה בכל פרק כדי לתרגל גמישות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עבודה בזוגות בפרקים הדורשים שיחה או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הקושי של המשימות הנבחרות ליכולת כל תלמיד ותלמידה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תמצאו משימות מכל פרקי לוחות הבחירה. בכל פרק בחרו משימות בקצב שלכם, כמו בלוח בחירה אמיתי, ואפשר לשלב כתיבה, ציור ושיחה.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כתב  ·  שיא  ·  חיסכון  ·  מדברי  ·  פתיחה  ·  התפעל  ·  ורד  ·  הכנסות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לשון: שורש, בניין, פיסוק וניבים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"התלבש"?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בניינים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סימן פיסוק מסיימים משפט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סימן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לשון: שורש, בניין, פיסוק וניבים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"מתלבשים" שייכת לבניין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המילה "כתיבה"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לשון: שורש, בניין, פיסוק וניבים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ספרות: סיפור קצר ושיר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עלילה בסיפור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רצף האירועים המרכזיים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המקום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הסופר או הסופרת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דמות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הדמות הפועלת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הכתב בעמוד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ספרות: סיפור קצר ושיר – מבנה, עלילה ומונחים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יש לרוב בתים, ולעיתים גם חריזה וקצב.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קצר אין לעולם קונפליקט או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ספרות: סיפור קצר ושיר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הרגע המתוח ביותר בעלילה, שבו הקונפליקט מגיע לשיאו,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הקטע הראשון בסיפור, שבו מוצגים הדמויות והרקע,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ספרות: סיפור קצר ושיר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הגיבור או הדמויות הפועלות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חזרה על צלילים דומים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רצף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שורות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גאוגרפיה: מפות, אקלים וערים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מקרא במפה מסביר מה מייצג כל סימן המופיע 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קנה המידה במפה מראה את היחס בין מרחק במפה למרחק במציאות.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ביישוב כפרי צפיפות האוכלוסין בדרך כלל גבוהה יותר מאשר בעיר.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גאוגרפיה: מפות, אקלים וערים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גורם משפיע על האקלים של אזור?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גובה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המרחק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הגורמים האלה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אקלים ים תיכוני?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 חם ויבש וחורף גשום קריר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 קיצוני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גשם שווה לאורך כל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גאוגרפיה: מפות, אקלים וערים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הסימן במפה המראה לאן פונים הכיוונים נקרא __________ הרוחות.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אזור שבו יורדים משקעים מועטים מאוד לאורך השנה מוגדר כבעל אקלים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גאוגרפיה: מפות, אקלים וערים – התאמה בין סוגי אקלים למאפיינים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אקלים ים תיכוני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הטמפרטורה יורדת ככל שהגובה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אקלים מדברי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קיץ חם ויבש וחורף גשום קריר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אקלים הררי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צפיפות אוכלוסין נמוכה וחקלאות נפוצה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יישוב כפרי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משקעים מועטים וטמפרטורות קיצוניות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בחירות, דמוקרטיה וחשיבה ביקורתית – עקרונות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כל אזרח מעל גיל 18 רשאי להצביע בבחירות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ההצבעה בקלפי היא גלויה, וכל אחד יכול לדעת למי הצביע השכן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בחירות, דמוקרטיה וחשיבה ביקורתית – זיהוי טכניקות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שימוש בדמות מפורסמת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הטענה שרוב הציבור כבר בחר באפשרות מסוימת, כדי שגם אני אצטרף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הפחדה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אדם מוכר ואהוד ממליץ על מפלגה כדי למשוך תומכים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אפקט העדר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הדגשת סכנה או איום כדי לשכנע להצביע בדרך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בחירות, דמוקרטיה וחשיבה ביקורתית – חשיבה ביקורתית על מסרים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פרסומת קצר לקראת בחירות המשתמש בטכניקת 'אפקט העדר', וציינו מהי הטכניקה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חגים וימים מיוחדים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נחגג כחמישים יום אחרי יום כיפור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יצחק רבין נרצח בעת טקס לכבוד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החנוכה מציין ניצחון המכבים על היוונים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חגים וימים מיוחדים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נס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הזיכרון ליצחק רבין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מנהיגים רוחניים בקהילה האתיופית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עלייה להר גבוה ותפילה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קייסים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י״ב בחשוון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חגים וימים מיוחדים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מסמלת העלייה להר בחג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חשוב לציין את יום הזיכרון ליצחק רבין בבתי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ערכים, חוסן וחינוך פיננסי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חברות טובה מבוססת על אמון וכבוד הדדי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התמודדות עם קושי משמעותה להתעלם מהבעיה ולקוות שהיא תיעלם מעצמה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ערכים, חוסן וחינוך פיננסי – מושגי תקציב וצרכנות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הסכומים שאדם מקבל נקראים בתקציב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הפרשת חלק מהכסף לשימוש עתידי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ערכים, חוסן וחינוך פיננסי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חבר או חברה זקוקים לעזרה, וכיצד הייתם מגלים כלפיהם אחריות וחברות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בנו דוגמה לתקציב שבועי פשוט: ציינו הכנסה אחת והוצאה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 משימות מהלוח היו הכי מעניינות לי,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מושג חדש הבנתי טוב יותר אחרי התרגול?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