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לוח הבחירה כשיטת למידה דיפרנציאלית עם משימות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עיקרי התוכן בכל אחד מתחומי הדעת המופיעים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בחירה עצמאית של משימות לפי כלל הלוח (למשל 3 בשורה)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ביקורתית, ביטוי אישי ועבודה בדרכים מגוונות – כתיבה, ציור, שיחה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שורש, בניין, פיסוק וניבים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מורכב מכיל יותר מפסוקית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לחשוב קשה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שורש, בניין, פיסוק וניבים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התיישן / לא רלוונטי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שורש, בניין, פיסוק וניבים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שתי פסוקיות המחוברות במילת חיבור כמו "כש", "אם" או "למרות ש"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המתאר מצב מתאים לשימוש בניב הנבחר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תקין שבו מופיעים שלושה סימני פיסוק שונים במקומם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שורש: כתב, בניין: התפעל, עם הסבר על הסרת התוספות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רצף האירועים המרכזיים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הדמות הפועלת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פתיחה, הסתבכות, שיא וסיום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מבנה, עלילה ומונחים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שיר בנוי בדרך כלל מבתים ושורות, ולעיתים יש בו חריזה.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ברוב הסיפורים הקצרים יש קונפליקט שהדמות מתמודדת איתו.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(רצף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(הגיבור או הדמויות הפועלות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צלילים דומים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גאוגרפיה: מפות, אקלים וערים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קנה המידה מאפשר לחשב מרחקים אמיתיים לפי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בעיר יש בדרך כלל יותר תושבים על שטח קטן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באקלים מדברי יורדים משקעים מועטים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גאוגרפיה: מפות, אקלים וערים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כל הגורמים האלה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קיץ חם ויבש וחורף גשום קריר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בעיר יש בדרך כלל יותר שירותים ותעסוקה מגוונת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גאוגרפיה: מפות, אקלים וערים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גאוגרפיה: מפות, אקלים וערים – התאמה בין סוגי אקלים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(קיץ חם ויבש וחורף גשום קריר)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(משקעים מועטים וטמפרטורות קיצוניות)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(הטמפרטורה יורדת ככל שהגובה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(צפיפות אוכלוסין נמוכה וחקלאות נפוצה)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בחירות, דמוקרטיה וחשיבה ביקורתית – עקרונות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זכות ההצבעה ניתנת לכל אזרח ישראלי שמלאו לו 18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סודית כדי להבטיח שכל אדם יבחר בחופשיות וללא לחץ מצד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המספר הקבוע של הנבחרים בכנסת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בישראל בוחרים מפלגה, והיא זו שמרכיבה את הממשלה ובוחרת את ראשה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בחירות, דמוקרטיה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מוכר ואהוד ממליץ על מפלגה כדי למשוך תומכים)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(הדגשת סכנה או איום כדי לשכנע להצביע בדרך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(הטענה שרוב הציבור כבר בחר באפשרות מסוימת, כדי שגם אני אצטרף)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 קצר שחוזר שוב ושוב כדי שיישאר בזיכרון)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(טענה כללית וגורפת בלי נתונים או דוגמאות התומכות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בחירות, דמוקרטיה וחשיבה ביקורתית – חשיבה ביקורתית על מסרים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שמדגיש שרוב האנשים כבר תומכים ברעיון, למשל: הצטרפו לרוב שכבר בחר בדרך הנכונה. הטכניקה: אפקט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הסיסמה מעוררת פחד וחוסר ביטחון ומנסה לגרום לקורא להרגיש שהוא זקוק להגנה - זו טכניקת הפחדה שמשכנעת רגשית ולא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 להיגרר אחרי רגשות או מניפולציות, ולקבל החלטה מושכלת המבוססת על מידע אמיתי ולא רק על סיסמאות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חגים וימים מיוחדים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נרצח במיטינג גדול שתמך בתהליך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המכבים ניצחו את הצבא היווני ושחררו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ותפילה הם חלק מרכזי במנהגי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חגים וימים מיוחדים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 גבוה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(י״ב בחשוון)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(מנהיגים רוחניים בקהילה האתיופית)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(מנהגי חג החנוכה)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(קשור לפעילותו של יצחק רבין)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חגים וימים מיוחדים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מסמלת חידוש הברית עם האל והתחדשות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חשיבות השאיפה לשלום ואת הפגיעה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 מציין גם את נס פך השמן וגם את ניצחון המכבים הפיזי על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החגים מבטאים חידוש, אמונה והתגברות על קשיים כקהילה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ערכים, חוסן וחינוך פיננסי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חברות בריאה נבנית על יחס הוגן ואמון בין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התמודדות כוללת זיהוי הרגשות, חשיבה על פתרונות ולעיתים פנייה 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אחריות אישית כוללת גם דאגה להתחייבויות כלפי הסביבה והקבוצה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הוא כלי תכנון שמראה כמה כסף נכנס וכמה יוצא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ערכים, חוסן וחינוך פיננסי – מושגי תקציב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ערכים, חוסן וחינוך פיננסי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הקשבה, פנייה אליו ועזרה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לדבר עם מבוגר קרוב, לנשום עמוק ולחשוב על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הכנסה - דמי כיס 20 שקלים, הוצאה - קניית חטיף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קנייה מתוכננת מצמצמת בזבוז כסף ומוצרים מיותרים, ובכך חוסכת כסף ופוגעת פחות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משימות קונקרטיות מתוך הפרקים ומנמק בחירתו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נכון באחד המושגים מרשימת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מודע לכלל הבחירה בלוח (למשל 3 בשורה או אחת מכל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לבחור משימות לפי כלל שונה בכל פרק כדי לתרגל גמישות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עבודה בזוגות בפרקים הדורשים שיחה או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הקושי של המשימות הנבחרות ליכולת כל תלמיד ותלמידה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תמצאו משימות מכל פרקי לוחות הבחירה. בכל פרק בחרו משימות בקצב שלכם, כמו בלוח בחירה אמיתי, ואפשר לשלב כתיבה, ציור ושיחה.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שורש, בניין, פיסוק וניבים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"התלבש"?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בניינים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סימן פיסוק מסיימים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משפט פשוט למשפט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מורכב ארוך יותר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מורכב מכיל יותר מפסוקית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פשוט מכיל פועל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המשמעות של הניב "לשבור את הראש"?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לפגוע בגוף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קשה על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שורש, בניין, פיסוק וניבים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"מתלבשים" שייכת לבניין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"כתיבה"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המשפט "כשסיימתי את השיעורים יצאתי לשחק" הוא משפט __________ (פשוט/מורכב).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הניב "אבד עליו הכלח" פירושו שהדבר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שורש, בניין, פיסוק וניבים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המתאר פעילות מלוח הבחירה, והקיפו בעיגול את מילת החיבור שמחברת בין הפסוקיות.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ניב אחד (למשל "לשבור את הראש" או "לקפוץ מעל הפופיק") והסבירו במילים שלכם מתי משתמשים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הכולל לפחות שלושה סימני פיסוק שונים (למשל פסיק, נקודתיים, סימן קריאה).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קחו את המילה "התכתבנו" ופרקו אותה לשורש ולבניין, והסבירו איך הגעתם לתשובה.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עלילה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 האירועים המרכזיים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 או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העמודים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דמות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 הפועלת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הכתב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מבנה הסיפור כולל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הסתבכות, שיא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מבנה קבוע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ספרות: סיפור קצר ושיר – מבנה, עלילה ומונחים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יש לרוב בתים, ולעיתים גם חריזה וקצב.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קצר אין לעולם קונפליקט או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ספרות: סיפור קצר ושיר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הרגע המתוח ביותר בעלילה, שבו הקונפליקט מגיע לשיאו,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הקטע הראשון בסיפור, שבו מוצגים הדמויות והרקע,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ספרות: סיפור קצר ושיר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הגיבור או הדמויות הפועלות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על צלילים דומים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רצף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גאוגרפיה: מפות, אקלים וערים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במפה מסביר מה מייצג כל סימן המופיע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קנה המידה במפה מראה את היחס בין מרחק במפה למרחק במציאות.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צפיפות האוכלוסין בדרך כלל גבוהה יותר מאשר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אקלים מדברי מאופיין בכמות משקעים גדולה לאורך 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גאוגרפיה: מפות, אקלים וערים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גורם משפיע על האקלים של אזור?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המרחק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קו הרוחב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הגורמים האלה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אקלים ים תיכוני?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 חם ויבש וחורף גשום קריר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 קיצוני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 שווה לאורך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יובש מוחלט ללא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עיר ליישוב כפרי?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אין תושבים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יש בדרך כלל יותר שירותים ותעסוקה מגוונת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ביישוב כפרי יש תמיד יותר 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גאוגרפיה: מפות, אקלים וערים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הסימן במפה המראה לאן פונים הכיוונים נקרא __________ הרוחות.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אזור שבו יורדים משקעים מועטים מאוד לאורך השנה מוגדר כבעל אקלים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יישוב עם מספר תושבים גדול ומגוון רחב של שירותים ותעסוקה מוגדר כ__________.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גאוגרפיה: מפות, אקלים וערים – התאמה בין סוגי אקלים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אקלים ים תיכוני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משקעים מועטים וטמפרטורות קיצוניות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אקלים מדברי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קיץ חם ויבש וחורף גשום קריר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אקלים הררי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צפיפות אוכלוסין נמוכה וחקלאות נפוצה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הטמפרטורה יורדת ככל שהגובה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בחירות, דמוקרטיה וחשיבה ביקורתית – עקרונות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אזרח מעל גיל 18 רשאי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גלויה, וכל אחד יכול לדעת למי הצביע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בכנסת ישראל יושבים 120 חברי 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 הבוחרים בוחרים ישירות את ראש הממשלה בפתק 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בחירות, דמוקרטיה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שימוש בדמות מפורסמת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הטענה שרוב הציבור כבר בחר באפשרות מסוימת, כדי שגם אני אצטרף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הפחדה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טענה כללית וגורפת בלי נתונים או דוגמאות התומכות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מוכר ואהוד ממליץ על מפלגה כדי למשוך תומכים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סיסמה קליטה וקצרה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הדגשת סכנה או איום כדי לשכנע להצביע בדרך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הכללה ללא הוכחות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קצר שחוזר שוב ושוב כדי שיישאר בזיכרון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בחירות, דמוקרטיה וחשיבה ביקורתית – חשיבה ביקורתית על מסרים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פרסומת קצר לקראת בחירות המשתמש בטכניקת 'אפקט העדר', וציינו מהי הטכניקה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את הסיסמה: רק אנחנו נשמור עליכם! אילו רגשות היא מנסה לעורר, ולמה זו טכניקת שכנוע?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חשוב לבדוק עובדות ולחשוב בביקורתיות על מסרים פוליטיים לפני ההצבעה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חגים וימים מיוחדים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כחמישים יום אחרי יום כיפור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נרצח בעת טקס לכבוד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מציין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להר גבוה ולהתפלל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חגים וימים מיוחדים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הזיכרון ליצחק רבין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עלייה להר גבוה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מנהיגים רוחניים בקהילה האתיופית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מנהגי חג החנוכה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סופגניות וסביבון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קשור לפעילותו של יצחק רבין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תהליך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י״ב בחשוון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חגים וימים מיוחדים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מסמלת העלייה להר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לציין את יום הזיכרון ליצחק רבין בבתי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חג החנוכה משלב בין נס דתי לניצחון צבאי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חג הסיגד לחג החנוכה - מה משותף לשני החגים מבחינת הערכים שהם מנחילים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ערכים, חוסן וחינוך פיננסי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חברות טובה מבוססת על אמון וכבוד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התמודדות עם קושי משמעותה להתעלם מהבעיה ולקוות שהיא תיעלם מעצמה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היא רק לדאוג לצרכים של עצמי ולא להתחשב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אישי עוזר לעקוב אחרי הכנסות והוצאות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ערכים, חוסן וחינוך פיננסי – מושגי תקציב וצרכנות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הסכומים שאדם מקבל נקראים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הסכומים שאדם מוציא על קניות וצרכים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הפרשת חלק מהכסף לשימוש עתידי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קנייה, צרכן נבון בודק ומשווה __________ בין מוצרים דומים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ערכים, חוסן וחינוך פיננסי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חבר או חברה זקוקים לעזרה, וכיצד הייתם מגלים כלפיהם אחריות וחברות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להתמודד עם קושי או אכזבה בצורה בריאה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בנו דוגמה לתקציב שבועי פשוט: ציינו הכנסה אחת והוצאה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צרכנות נבונה יכולה לעזור גם לחיסכון אישי וגם לסביבה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משימות מהלוח היו הכי מעניינות 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מושג חדש הבנתי טוב יותר אחרי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לבחור משימות מרמות קושי 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